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41461" w14:textId="1AE16238" w:rsidR="009517D3" w:rsidRDefault="00000000" w:rsidP="00D871AE">
      <w:pPr>
        <w:pStyle w:val="Title"/>
        <w:jc w:val="center"/>
      </w:pPr>
      <w:r>
        <w:t>Paper Title</w:t>
      </w:r>
    </w:p>
    <w:p w14:paraId="25AE8729" w14:textId="77777777" w:rsidR="009517D3" w:rsidRDefault="00000000">
      <w:r>
        <w:t>Author1¹, Author2²</w:t>
      </w:r>
      <w:r>
        <w:br/>
        <w:t>¹Affiliation1, Email1</w:t>
      </w:r>
      <w:r>
        <w:br/>
        <w:t>²Affiliation2, Email2</w:t>
      </w:r>
    </w:p>
    <w:p w14:paraId="3383F308" w14:textId="77777777" w:rsidR="009517D3" w:rsidRDefault="00000000">
      <w:pPr>
        <w:pStyle w:val="Heading1"/>
      </w:pPr>
      <w:r>
        <w:t>Abstract</w:t>
      </w:r>
    </w:p>
    <w:p w14:paraId="680F4A27" w14:textId="77777777" w:rsidR="009517D3" w:rsidRDefault="00000000">
      <w:r>
        <w:t>Provide a brief overview of the research problem, methodology, results, and conclusion (Max 250 words).</w:t>
      </w:r>
    </w:p>
    <w:p w14:paraId="2D9CA89D" w14:textId="77777777" w:rsidR="009517D3" w:rsidRDefault="00000000">
      <w:pPr>
        <w:pStyle w:val="Heading1"/>
      </w:pPr>
      <w:r>
        <w:t>Keywords</w:t>
      </w:r>
    </w:p>
    <w:p w14:paraId="6DFD5ED5" w14:textId="77777777" w:rsidR="009517D3" w:rsidRDefault="00000000">
      <w:r>
        <w:t>Keyword1, Keyword2, Keyword3, Keyword4, Keyword5</w:t>
      </w:r>
    </w:p>
    <w:p w14:paraId="2C2BFC61" w14:textId="77777777" w:rsidR="009517D3" w:rsidRDefault="00000000">
      <w:pPr>
        <w:pStyle w:val="Heading1"/>
      </w:pPr>
      <w:r>
        <w:t>1. Introduction</w:t>
      </w:r>
    </w:p>
    <w:p w14:paraId="2E7DD767" w14:textId="77777777" w:rsidR="009517D3" w:rsidRDefault="00000000">
      <w:r>
        <w:t>Write content here...</w:t>
      </w:r>
    </w:p>
    <w:p w14:paraId="2CBD4CCE" w14:textId="77777777" w:rsidR="009517D3" w:rsidRDefault="00000000">
      <w:pPr>
        <w:pStyle w:val="Heading1"/>
      </w:pPr>
      <w:r>
        <w:t>2. Literature Review / Related Work</w:t>
      </w:r>
    </w:p>
    <w:p w14:paraId="75385220" w14:textId="77777777" w:rsidR="009517D3" w:rsidRDefault="00000000">
      <w:r>
        <w:t>Write content here...</w:t>
      </w:r>
    </w:p>
    <w:p w14:paraId="0CB386EC" w14:textId="77777777" w:rsidR="009517D3" w:rsidRDefault="00000000">
      <w:pPr>
        <w:pStyle w:val="Heading1"/>
      </w:pPr>
      <w:r>
        <w:t>3. Methodology</w:t>
      </w:r>
    </w:p>
    <w:p w14:paraId="5E4BB16C" w14:textId="77777777" w:rsidR="009517D3" w:rsidRDefault="00000000">
      <w:r>
        <w:t>Write content here...</w:t>
      </w:r>
    </w:p>
    <w:p w14:paraId="18E26416" w14:textId="77777777" w:rsidR="009517D3" w:rsidRDefault="00000000">
      <w:pPr>
        <w:pStyle w:val="Heading1"/>
      </w:pPr>
      <w:r>
        <w:t>4. Results and Discussion</w:t>
      </w:r>
    </w:p>
    <w:p w14:paraId="40267064" w14:textId="77777777" w:rsidR="009517D3" w:rsidRDefault="00000000">
      <w:r>
        <w:t>Write content here...</w:t>
      </w:r>
    </w:p>
    <w:p w14:paraId="1DB28259" w14:textId="77777777" w:rsidR="009517D3" w:rsidRDefault="00000000">
      <w:pPr>
        <w:pStyle w:val="Heading1"/>
      </w:pPr>
      <w:r>
        <w:t>5. Conclusion</w:t>
      </w:r>
    </w:p>
    <w:p w14:paraId="643F57E3" w14:textId="77777777" w:rsidR="009517D3" w:rsidRDefault="00000000">
      <w:r>
        <w:t>Write content here...</w:t>
      </w:r>
    </w:p>
    <w:p w14:paraId="6D1B8B36" w14:textId="77777777" w:rsidR="009517D3" w:rsidRDefault="00000000">
      <w:pPr>
        <w:pStyle w:val="Heading1"/>
      </w:pPr>
      <w:r>
        <w:t>References</w:t>
      </w:r>
    </w:p>
    <w:p w14:paraId="54B87819" w14:textId="77777777" w:rsidR="009517D3" w:rsidRDefault="00000000">
      <w:r>
        <w:t>Write content here...</w:t>
      </w:r>
    </w:p>
    <w:p w14:paraId="43E43D0F" w14:textId="77777777" w:rsidR="009517D3" w:rsidRDefault="00000000">
      <w:r>
        <w:t>1. Author Name, “Paper Title,” Journal/Conference, Year.</w:t>
      </w:r>
    </w:p>
    <w:sectPr w:rsidR="009517D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4289201">
    <w:abstractNumId w:val="8"/>
  </w:num>
  <w:num w:numId="2" w16cid:durableId="2064132681">
    <w:abstractNumId w:val="6"/>
  </w:num>
  <w:num w:numId="3" w16cid:durableId="1163934389">
    <w:abstractNumId w:val="5"/>
  </w:num>
  <w:num w:numId="4" w16cid:durableId="1265654229">
    <w:abstractNumId w:val="4"/>
  </w:num>
  <w:num w:numId="5" w16cid:durableId="1520848824">
    <w:abstractNumId w:val="7"/>
  </w:num>
  <w:num w:numId="6" w16cid:durableId="627584403">
    <w:abstractNumId w:val="3"/>
  </w:num>
  <w:num w:numId="7" w16cid:durableId="25764130">
    <w:abstractNumId w:val="2"/>
  </w:num>
  <w:num w:numId="8" w16cid:durableId="223030617">
    <w:abstractNumId w:val="1"/>
  </w:num>
  <w:num w:numId="9" w16cid:durableId="406415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5BE8"/>
    <w:rsid w:val="0006063C"/>
    <w:rsid w:val="0015074B"/>
    <w:rsid w:val="0029639D"/>
    <w:rsid w:val="00326F90"/>
    <w:rsid w:val="009517D3"/>
    <w:rsid w:val="00AA1D8D"/>
    <w:rsid w:val="00B47730"/>
    <w:rsid w:val="00CB0664"/>
    <w:rsid w:val="00D871A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977D26"/>
  <w14:defaultImageDpi w14:val="300"/>
  <w15:docId w15:val="{6B7B692D-45C6-4BB5-A345-68890F15C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Jimmy Singla</cp:lastModifiedBy>
  <cp:revision>2</cp:revision>
  <dcterms:created xsi:type="dcterms:W3CDTF">2013-12-23T23:15:00Z</dcterms:created>
  <dcterms:modified xsi:type="dcterms:W3CDTF">2025-09-22T03:32:00Z</dcterms:modified>
  <cp:category/>
</cp:coreProperties>
</file>